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אדם וסביבה בעידן הגלובלי – מסע בין 30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מדינות ואנשים בעולם מחוברים זה לזה דרך מסחר, מים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פתרונות ישראליים לבעיות מים כמו התפלה וטפטפת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הדרך בה כל אחד יכול לתרום לעולם מחובר וירוק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יותר מדי אוניות רוצות לעבור באותו מקום בו זמנית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זה מקצר מאוד את זמן ומרחק ההפלגה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שחלק מהמוצרים הגיעו מרחוק וחלק גדלו קרוב לבית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 המדינות שהנהר עובר דרכן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לפתור בעיות מהר יותר ולחלוק 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מים מושבים משמשים להשקיה חקלאית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תהליך התפלה כדי להפוך מי ים למי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רוב החיידקים ידידותיים ולא מזיקים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מטוסים מקצרים מרחקים ומאפשרים הדבקה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הגידול נעשה בקומות של בניין ולא בשדה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טפטפת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התחנה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(אוניות רבות ממתינות בתור כדי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(מים מהבית מטופלים ומשמשים להשקיה)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(שיתוף פעולה בין חוקרים ממדינות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(השקיה חסכונית בכמות מדודה לכל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(עיר שסופגת מי גשם כמו ספוג במטבח)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ים מלוחים נשאבים למתקן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עוברים תהליך שמסיר מהם את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המים הנקיים מוזרמים לבתים ולשדות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המים מגיעים דרך הברז לכוס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אני חלק מהכפר הגלובלי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לפחות 3 מוצרים, מסביר אמצעי הובלה אפשרי (אונייה, מטוס, משאית) ומקשר לרעיון הכפר הגלובלי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ים צר שמקצר מרחקים לאוניות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התפלה, טפטפת או מים מושבים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לפתור בעיות מהר יותר ולחלוק ידע וממצאים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שאלה לתחנה המתאימה באתר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דוגמאות אישיות מהבית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והסידור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אדם וסביבה בעידן הגלובלי – מסע בין 30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הרבה תחנות קצרות. כל תחנה מספרת סיפור קטן על אוניות, מים, בריאות או עתיד ירוק. נתרגל את המילים והרעיונות החשובים.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ים צר שדרכו עוברות הרבה 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שהופך מי ים מלוחים למי 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מים מושבים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שהיו בשימוש ועברו טיהור כדי להשתמש בהם 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טפטפת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צינור עם חורים קטנים שמשקה צמחים בדיוק בכמות הנכונה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שהעולם כולו מחובר כמו כפר אחד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חיידקים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זעירים, חלקם ידידותיים וחלקם מזיקים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זעירים עוד יותר שיכולים לגרום למחלות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חקלאות אנכית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צמחים בקומות של בניין במקום בשדה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אוניות מחכות בתור בכניסה למעבר ים 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מספיק דלק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מדי אוניות רוצות לעבור באותו מקום בו זמנית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האוניות מפחדות מכרישים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קפוא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אוניה בוחרת לעבור במעבר 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מקצר מאוד את זמן ומרחק ההפלגה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לשוט באוקיינוס הפתוח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במעבר הצר אין גלים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שם נמצאת תחנת הדלק היחידה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מהבדיקה של הארון והמקרר?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שרוב הדברים מיוצרים רק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שחלק מהמוצרים הגיעו מרחוק וחלק גדלו קרוב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לקנות מוצרים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 המזון מגיע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צריך לשמור על נהר שעובר בכמה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המדינה הראשונה שדרכה הוא עובר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אחד, כי הוא לא שייך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המדינות שהנהר עובר דרכן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המדינה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שמדענים מכל העולם עובדים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כסף למדען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לפתור בעיות מהר יותר ולחלוק 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להתחרות ולהיות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יתרון בשיתוף 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שזורמים בכיור הבית יכולים, אחרי טיהור, להשקות שוב שדות וגידולים.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לשתות ישירות ממי הים התיכון בלי שום טיפול.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החיידקים שנמצאים על כף היד שלנו מסוכנים ומזיקים.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מחלה יכולה לעבור ממדינה למדינה דרך אנשים שטסים במטוסים.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אנכית בבניינים מאפשרת לגדל ירקות בלי תלות בשטח אדמה גדול בשדה.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ים צר וחשוב מאוד למסחר העולמי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שהופך מי ים מלוחים למי שתייה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צינור עם חורים קטנים שמשקה כל צמח בדיוק בכמות הנכונה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מים שהיו בשימוש בבית ועברו טיהור כדי שאפשר להשתמש בהם שוב להשקיה נקראים 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התחנה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על מעבר ים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פעולה בין חוקרים ממדינות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על מים חוזרים לשדה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השקיה חסכונית בכמות מדודה לכל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על מדענים מכל העולם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שסופגת מי גשם כמו ספוג במטבח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על הטפטפת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אוניות רבות ממתינות בתור כדי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על ערים כמו ספוג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מהבית מטופלים ומשמשים להשקיה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מגיעים דרך הברז לכוס 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הנקיים מוזרמים לבתים ולשדות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ים מלוחים נשאבים למתקן ההתפלה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עוברים תהליך שמסיר מהם את המלח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אני חלק מהכפר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שלם שבו שמתם לב למוצרים שהגיעו אליכם ממדינות אחרות (בגדים, מזון, מכשירים). כתבו לפחות שלושה דוגמאות והסבירו איך לדעתכם הם הגיעו אליכם.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מיצר, ולמה הוא חשוב לאוניות?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ישראלי לבעיית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למדענים ממדינות שונות לשתף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אדם וסביבה בעידן הגלובלי – מסע בין 30 התחנות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