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מדינות ואנשים בעולם מחוברים זה לזה דרך מסחר, מים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פתרונות ישראליים לבעיות מים כמו התפלה וטפטפת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הדרך בה כל אחד יכול לתרום לעולם מחובר וירוק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יותר מדי אוניות רוצות לעבור באותו מקום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שחלק מהמוצרים הגיעו מרחוק וחלק גדלו קרוב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מושבים משמשים להשקיה חקלאית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תהליך התפלה כדי להפוך מי ים למי 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(אוניות רבות ממתינות בתור כדי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מהבית מטופלים ומשמשים להשקיה)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(שיתוף פעולה בין חוקרים ממדינות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(השקיה חסכונית בכמות מדודה לכל צמח)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ים מלוחים נשאבים למתקן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עוברים תהליך שמסיר מהם את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הנקיים מוזרמים לבתים ולשדות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מגיעים דרך הברז לכוס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אני חלק מהכפר הגלובלי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3 מוצרים, מסביר אמצעי הובלה אפשרי (אונייה, מטוס, משאית) ומקשר לרעיון הכפר הגלובלי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ים צר שמקצר מרחקים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התפלה, טפטפת או מים מושבים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לפתור בעיות מהר יותר ולחלוק ידע וממצאים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שאלה לתחנה המתאימה באתר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מהבית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אדם וסביבה בעידן הגלובלי – מסע בין 30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הבית יש 30 תחנות שמספרות על אוניות, מים, בריאות ועתיד ירוק – כולן מראות איך אנחנו כולנו חלק מכפר עולמי אחד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מיצר  ·  התפלה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גורם לאוניות רבות לחכות בתור בכניסה למעבר ים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מספיק דלק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יותר מדי אוניות רוצות לעבור באותו מקום בו זמנית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האוניות מפחדות מכרישים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ללמוד מבדיקת הארון והמקרר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שרוב הדברים מיוצרים רק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שחלק מהמוצרים הגיעו מרחוק וחלק גדלו קרוב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שאסור לקנות מוצרים מהעולם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מים שזורמים בכיור הבית יכולים, אחרי טיהור, להשקות שוב שדות וגידולים.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לשתות ישירות ממי הים התיכון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מעבר ים צר וחשוב מאוד למסחר העולמי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התהליך שהופך מי ים מלוחים למי שתייה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על מעבר ים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מהבית מטופלים ומשמשים להשקיה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על מים חוזרים לשדה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אוניות רבות ממתינות בתור כדי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על מדענים מכל 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השקיה חסכונית בכמות מדודה לכל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על הטפטפת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שיתוף פעולה בין חוקרים ממדינות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עוברים תהליך שמסיר מהם את המלח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מגיעים דרך הברז לכוס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ים מלוחים נשאבים למתקן ההתפלה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הנקיים מוזרמים לבתים ולשדות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אני חלק מהכפר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יום שלם שבו שמתם לב למוצרים שהגיעו אליכם ממדינות אחרות (בגדים, מזון, מכשירים). כתבו לפחות שלושה דוגמאות והסבירו איך לדעתכם הם הגיעו אליכם.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מיצר, ולמה הוא חשוב לאוניות?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לפתרון ישראלי לבעיית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אדם וסביבה בעידן הגלובלי – מסע בין 30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